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B77891"/>
          <w:sz w:val="48"/>
        </w:rPr>
        <w:t>Wildflower Willow Lane Bakery</w:t>
      </w:r>
    </w:p>
    <w:p>
      <w:pPr>
        <w:jc w:val="center"/>
      </w:pPr>
      <w:r>
        <w:rPr>
          <w:b/>
          <w:sz w:val="32"/>
        </w:rPr>
        <w:t>Custom Bakery Order Form</w:t>
        <w:br/>
      </w:r>
      <w:r>
        <w:rPr>
          <w:i/>
        </w:rPr>
        <w:t>Blush • Sage • Southern Farmhouse • Made with Love</w:t>
      </w:r>
    </w:p>
    <w:p>
      <w:pPr>
        <w:pStyle w:val="Heading2"/>
      </w:pPr>
      <w:r>
        <w:t>Customer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Customer Name: __________________________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Phone: __________________________</w:t>
            </w:r>
          </w:p>
        </w:tc>
        <w:tc>
          <w:tcPr>
            <w:tcW w:type="dxa" w:w="4320"/>
          </w:tcPr>
          <w:p>
            <w:r>
              <w:t>Email: __________________________</w:t>
            </w:r>
          </w:p>
        </w:tc>
      </w:tr>
      <w:tr>
        <w:tc>
          <w:tcPr>
            <w:tcW w:type="dxa" w:w="4320"/>
          </w:tcPr>
          <w:p>
            <w:r>
              <w:t>Order Date: __________________________</w:t>
            </w:r>
          </w:p>
        </w:tc>
        <w:tc>
          <w:tcPr>
            <w:tcW w:type="dxa" w:w="4320"/>
          </w:tcPr>
          <w:p>
            <w:r>
              <w:t>Pickup / Delivery Date: __________________________</w:t>
            </w:r>
          </w:p>
        </w:tc>
      </w:tr>
      <w:tr>
        <w:tc>
          <w:tcPr>
            <w:tcW w:type="dxa" w:w="4320"/>
          </w:tcPr>
          <w:p>
            <w:r>
              <w:t>Pickup Time: __________________________</w:t>
            </w:r>
          </w:p>
        </w:tc>
        <w:tc>
          <w:tcPr>
            <w:tcW w:type="dxa" w:w="4320"/>
          </w:tcPr>
          <w:p>
            <w:r>
              <w:t>Preferred Contact (Call/Text/Email): __________________________</w:t>
            </w:r>
          </w:p>
        </w:tc>
      </w:tr>
      <w:tr>
        <w:tc>
          <w:tcPr>
            <w:tcW w:type="dxa" w:w="4320"/>
          </w:tcPr>
          <w:p>
            <w:r>
              <w:t>Occasion: __________________________</w:t>
            </w:r>
          </w:p>
        </w:tc>
        <w:tc>
          <w:tcPr>
            <w:tcW w:type="dxa" w:w="4320"/>
          </w:tcPr>
          <w:p>
            <w:r>
              <w:t>Theme: __________________________</w:t>
            </w:r>
          </w:p>
        </w:tc>
      </w:tr>
      <w:tr>
        <w:tc>
          <w:tcPr>
            <w:tcW w:type="dxa" w:w="4320"/>
          </w:tcPr>
          <w:p>
            <w:r>
              <w:t>Inspiration Photos Attached: __________________________</w:t>
            </w:r>
          </w:p>
        </w:tc>
        <w:tc>
          <w:tcPr>
            <w:tcW w:type="dxa" w:w="4320"/>
          </w:tcPr>
          <w:p>
            <w:r>
              <w:t>Yes / No: __________________________</w:t>
            </w:r>
          </w:p>
        </w:tc>
      </w:tr>
    </w:tbl>
    <w:p>
      <w:pPr>
        <w:pStyle w:val="Heading2"/>
      </w:pPr>
      <w:r>
        <w:br/>
        <w:t>Order Details</w:t>
      </w:r>
    </w:p>
    <w:p>
      <w:pPr>
        <w:pStyle w:val="ListBullet"/>
      </w:pPr>
      <w:r>
        <w:t>☐ Wedding Cake</w:t>
      </w:r>
    </w:p>
    <w:p>
      <w:pPr>
        <w:pStyle w:val="ListBullet"/>
      </w:pPr>
      <w:r>
        <w:t>☐ Celebration Cake</w:t>
      </w:r>
    </w:p>
    <w:p>
      <w:pPr>
        <w:pStyle w:val="ListBullet"/>
      </w:pPr>
      <w:r>
        <w:t>☐ Groom's Cake</w:t>
      </w:r>
    </w:p>
    <w:p>
      <w:pPr>
        <w:pStyle w:val="ListBullet"/>
      </w:pPr>
      <w:r>
        <w:t>☐ Cupcakes</w:t>
      </w:r>
    </w:p>
    <w:p>
      <w:pPr>
        <w:pStyle w:val="ListBullet"/>
      </w:pPr>
      <w:r>
        <w:t>☐ Gourmet Cookies</w:t>
      </w:r>
    </w:p>
    <w:p>
      <w:pPr>
        <w:pStyle w:val="ListBullet"/>
      </w:pPr>
      <w:r>
        <w:t>☐ Cookie Cake</w:t>
      </w:r>
    </w:p>
    <w:p>
      <w:pPr>
        <w:pStyle w:val="ListBullet"/>
      </w:pPr>
      <w:r>
        <w:t>☐ Brownies/Blondies</w:t>
      </w:r>
    </w:p>
    <w:p>
      <w:pPr>
        <w:pStyle w:val="ListBullet"/>
      </w:pPr>
      <w:r>
        <w:t>☐ Cake Pops</w:t>
      </w:r>
    </w:p>
    <w:p>
      <w:pPr>
        <w:pStyle w:val="ListBullet"/>
      </w:pPr>
      <w:r>
        <w:t>☐ Dessert Cups</w:t>
      </w:r>
    </w:p>
    <w:p>
      <w:pPr>
        <w:pStyle w:val="ListBullet"/>
      </w:pPr>
      <w:r>
        <w:t>☐ Pastries</w:t>
      </w:r>
    </w:p>
    <w:p>
      <w:pPr>
        <w:pStyle w:val="ListBullet"/>
      </w:pPr>
      <w:r>
        <w:t>☐ Cookie Club</w:t>
      </w:r>
    </w:p>
    <w:p>
      <w:pPr>
        <w:pStyle w:val="ListBullet"/>
      </w:pPr>
      <w:r>
        <w:t>☐ Other: ____________</w:t>
      </w:r>
    </w:p>
    <w:p>
      <w:pPr>
        <w:pStyle w:val="Heading2"/>
      </w:pPr>
      <w:r>
        <w:t>Design &amp; Flavor</w:t>
      </w:r>
    </w:p>
    <w:p>
      <w:r>
        <w:t>Serving Size / Quantity: __________________________________________</w:t>
      </w:r>
    </w:p>
    <w:p>
      <w:r>
        <w:t>Cake/Cookie Flavor(s): ____________________________________________</w:t>
      </w:r>
    </w:p>
    <w:p>
      <w:r>
        <w:t>Filling(s): ______________________________________________________</w:t>
      </w:r>
    </w:p>
    <w:p>
      <w:r>
        <w:t>Buttercream/Frosting: ____________________________________________</w:t>
      </w:r>
    </w:p>
    <w:p>
      <w:r>
        <w:t>Color Palette: _________________________________________________</w:t>
      </w:r>
    </w:p>
    <w:p>
      <w:r>
        <w:t>Design Inspiration / Flowers / Theme: _____________________________</w:t>
      </w:r>
    </w:p>
    <w:p>
      <w:r>
        <w:t>Personalized Message: ____________________________________________</w:t>
      </w:r>
    </w:p>
    <w:p>
      <w:r>
        <w:t>Allergies or Dietary Needs: ______________________________________</w:t>
      </w:r>
    </w:p>
    <w:p>
      <w:pPr>
        <w:pStyle w:val="Heading2"/>
      </w:pPr>
      <w:r>
        <w:t>Sketch Area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pPr>
        <w:pStyle w:val="Heading2"/>
      </w:pPr>
      <w:r>
        <w:t>Pricing</w:t>
      </w:r>
    </w:p>
    <w:p>
      <w:r>
        <w:t>Estimated Total: __________________</w:t>
      </w:r>
    </w:p>
    <w:p>
      <w:r>
        <w:t>Deposit (Non-refundable): __________________</w:t>
      </w:r>
    </w:p>
    <w:p>
      <w:r>
        <w:t>Balance Due: __________________</w:t>
      </w:r>
    </w:p>
    <w:p>
      <w:r>
        <w:t>Payment Method: __________________</w:t>
      </w:r>
    </w:p>
    <w:p>
      <w:r>
        <w:rPr>
          <w:b/>
          <w:color w:val="B77891"/>
        </w:rPr>
        <w:br/>
        <w:t>Thank you for choosing Wildflower Willow Lane Bakery!</w:t>
        <w:br/>
      </w:r>
    </w:p>
    <w:p>
      <w:r>
        <w:t>Every custom order is handcrafted with care and attention to every sweet detail.</w:t>
      </w:r>
    </w:p>
    <w:sectPr w:rsidR="00FC693F" w:rsidRPr="0006063C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